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DB4" w:rsidRPr="006A5100" w:rsidRDefault="006A5100">
      <w:pPr>
        <w:jc w:val="center"/>
        <w:rPr>
          <w:lang w:val="ru-RU"/>
        </w:rPr>
      </w:pPr>
      <w:r w:rsidRPr="006A5100">
        <w:rPr>
          <w:b/>
          <w:sz w:val="32"/>
          <w:lang w:val="ru-RU"/>
        </w:rPr>
        <w:t>Практика на уровне класса / группы</w:t>
      </w:r>
    </w:p>
    <w:p w:rsidR="00B02DB4" w:rsidRPr="006A5100" w:rsidRDefault="00B02DB4">
      <w:pPr>
        <w:rPr>
          <w:lang w:val="ru-RU"/>
        </w:rPr>
      </w:pPr>
    </w:p>
    <w:p w:rsidR="00B02DB4" w:rsidRPr="006A5100" w:rsidRDefault="006A5100">
      <w:pPr>
        <w:rPr>
          <w:lang w:val="ru-RU"/>
        </w:rPr>
      </w:pPr>
      <w:r w:rsidRPr="006A5100">
        <w:rPr>
          <w:b/>
          <w:lang w:val="ru-RU"/>
        </w:rPr>
        <w:t>Наименование практики:</w:t>
      </w:r>
      <w:r w:rsidRPr="006A5100">
        <w:rPr>
          <w:b/>
          <w:lang w:val="ru-RU"/>
        </w:rPr>
        <w:br/>
      </w:r>
      <w:r w:rsidRPr="006A5100">
        <w:rPr>
          <w:lang w:val="ru-RU"/>
        </w:rPr>
        <w:t xml:space="preserve">«Навыки </w:t>
      </w:r>
      <w:r w:rsidR="008C7820">
        <w:rPr>
          <w:lang w:val="ru-RU"/>
        </w:rPr>
        <w:t>жизнестойкости</w:t>
      </w:r>
      <w:bookmarkStart w:id="0" w:name="_GoBack"/>
      <w:bookmarkEnd w:id="0"/>
      <w:r w:rsidRPr="006A5100">
        <w:rPr>
          <w:lang w:val="ru-RU"/>
        </w:rPr>
        <w:t xml:space="preserve">: программа групповой профилактической работы с </w:t>
      </w:r>
      <w:proofErr w:type="gramStart"/>
      <w:r w:rsidRPr="006A5100">
        <w:rPr>
          <w:lang w:val="ru-RU"/>
        </w:rPr>
        <w:t>обучающимися</w:t>
      </w:r>
      <w:proofErr w:type="gramEnd"/>
      <w:r w:rsidRPr="006A5100">
        <w:rPr>
          <w:lang w:val="ru-RU"/>
        </w:rPr>
        <w:t xml:space="preserve"> группы риска»</w:t>
      </w:r>
    </w:p>
    <w:p w:rsidR="00B02DB4" w:rsidRPr="006A5100" w:rsidRDefault="006A5100">
      <w:pPr>
        <w:rPr>
          <w:lang w:val="ru-RU"/>
        </w:rPr>
      </w:pPr>
      <w:r w:rsidRPr="006A5100">
        <w:rPr>
          <w:b/>
          <w:lang w:val="ru-RU"/>
        </w:rPr>
        <w:t>Цель практики:</w:t>
      </w:r>
      <w:r w:rsidRPr="006A5100">
        <w:rPr>
          <w:b/>
          <w:lang w:val="ru-RU"/>
        </w:rPr>
        <w:br/>
      </w:r>
      <w:r w:rsidRPr="006A5100">
        <w:rPr>
          <w:lang w:val="ru-RU"/>
        </w:rPr>
        <w:t xml:space="preserve">Развитие у обучающихся навыков эмоциональной </w:t>
      </w:r>
      <w:proofErr w:type="spellStart"/>
      <w:r w:rsidRPr="006A5100">
        <w:rPr>
          <w:lang w:val="ru-RU"/>
        </w:rPr>
        <w:t>саморегуляции</w:t>
      </w:r>
      <w:proofErr w:type="spellEnd"/>
      <w:r w:rsidRPr="006A5100">
        <w:rPr>
          <w:lang w:val="ru-RU"/>
        </w:rPr>
        <w:t>, конструктивного общения и стрессоустойчивости в условиях групповой работы.</w:t>
      </w:r>
    </w:p>
    <w:p w:rsidR="00B02DB4" w:rsidRDefault="006A5100"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практики</w:t>
      </w:r>
      <w:proofErr w:type="spellEnd"/>
      <w:r>
        <w:rPr>
          <w:b/>
        </w:rPr>
        <w:t>:</w:t>
      </w:r>
    </w:p>
    <w:p w:rsidR="00B02DB4" w:rsidRPr="006A5100" w:rsidRDefault="006A5100">
      <w:pPr>
        <w:pStyle w:val="a0"/>
        <w:rPr>
          <w:lang w:val="ru-RU"/>
        </w:rPr>
      </w:pPr>
      <w:r w:rsidRPr="006A5100">
        <w:rPr>
          <w:lang w:val="ru-RU"/>
        </w:rPr>
        <w:t>Снижение уровня тревожности и эмоционального напряжения.</w:t>
      </w:r>
    </w:p>
    <w:p w:rsidR="00B02DB4" w:rsidRPr="006A5100" w:rsidRDefault="006A5100">
      <w:pPr>
        <w:pStyle w:val="a0"/>
        <w:rPr>
          <w:lang w:val="ru-RU"/>
        </w:rPr>
      </w:pPr>
      <w:r w:rsidRPr="006A5100">
        <w:rPr>
          <w:lang w:val="ru-RU"/>
        </w:rPr>
        <w:t xml:space="preserve">Развитие навыков </w:t>
      </w:r>
      <w:proofErr w:type="spellStart"/>
      <w:r w:rsidRPr="006A5100">
        <w:rPr>
          <w:lang w:val="ru-RU"/>
        </w:rPr>
        <w:t>саморегуляции</w:t>
      </w:r>
      <w:proofErr w:type="spellEnd"/>
      <w:r w:rsidRPr="006A5100">
        <w:rPr>
          <w:lang w:val="ru-RU"/>
        </w:rPr>
        <w:t xml:space="preserve"> и конструктивного взаимодействия.</w:t>
      </w:r>
    </w:p>
    <w:p w:rsidR="00B02DB4" w:rsidRPr="006A5100" w:rsidRDefault="006A5100">
      <w:pPr>
        <w:pStyle w:val="a0"/>
        <w:rPr>
          <w:lang w:val="ru-RU"/>
        </w:rPr>
      </w:pPr>
      <w:r w:rsidRPr="006A5100">
        <w:rPr>
          <w:lang w:val="ru-RU"/>
        </w:rPr>
        <w:t>Формирование благоприятного психологического климата в коллективе.</w:t>
      </w:r>
    </w:p>
    <w:p w:rsidR="00B02DB4" w:rsidRPr="006A5100" w:rsidRDefault="006A5100">
      <w:pPr>
        <w:pStyle w:val="a0"/>
        <w:rPr>
          <w:lang w:val="ru-RU"/>
        </w:rPr>
      </w:pPr>
      <w:r w:rsidRPr="006A5100">
        <w:rPr>
          <w:lang w:val="ru-RU"/>
        </w:rPr>
        <w:t>Развитие навыков обращения за помощью и поддержки сверстников.</w:t>
      </w:r>
    </w:p>
    <w:p w:rsidR="00B02DB4" w:rsidRPr="006A5100" w:rsidRDefault="006A5100">
      <w:pPr>
        <w:pStyle w:val="a0"/>
        <w:rPr>
          <w:lang w:val="ru-RU"/>
        </w:rPr>
      </w:pPr>
      <w:r w:rsidRPr="006A5100">
        <w:rPr>
          <w:lang w:val="ru-RU"/>
        </w:rPr>
        <w:t xml:space="preserve">Профилактика конфликтного и </w:t>
      </w:r>
      <w:proofErr w:type="spellStart"/>
      <w:r w:rsidRPr="006A5100">
        <w:rPr>
          <w:lang w:val="ru-RU"/>
        </w:rPr>
        <w:t>дезадаптивного</w:t>
      </w:r>
      <w:proofErr w:type="spellEnd"/>
      <w:r w:rsidRPr="006A5100">
        <w:rPr>
          <w:lang w:val="ru-RU"/>
        </w:rPr>
        <w:t xml:space="preserve"> поведения.</w:t>
      </w:r>
    </w:p>
    <w:p w:rsidR="00B02DB4" w:rsidRDefault="006A5100">
      <w:proofErr w:type="spellStart"/>
      <w:r>
        <w:rPr>
          <w:b/>
        </w:rPr>
        <w:t>План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реализации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практики</w:t>
      </w:r>
      <w:proofErr w:type="spellEnd"/>
      <w:r>
        <w:rPr>
          <w:b/>
        </w:rPr>
        <w:t>:</w:t>
      </w:r>
    </w:p>
    <w:p w:rsidR="00B02DB4" w:rsidRPr="006A5100" w:rsidRDefault="006A5100">
      <w:pPr>
        <w:pStyle w:val="a"/>
        <w:rPr>
          <w:lang w:val="ru-RU"/>
        </w:rPr>
      </w:pPr>
      <w:r w:rsidRPr="006A5100">
        <w:rPr>
          <w:lang w:val="ru-RU"/>
        </w:rPr>
        <w:t xml:space="preserve">Проведение первичной диагностики эмоционального состояния </w:t>
      </w:r>
      <w:proofErr w:type="gramStart"/>
      <w:r w:rsidRPr="006A5100">
        <w:rPr>
          <w:lang w:val="ru-RU"/>
        </w:rPr>
        <w:t>обучающихся</w:t>
      </w:r>
      <w:proofErr w:type="gramEnd"/>
      <w:r w:rsidRPr="006A5100">
        <w:rPr>
          <w:lang w:val="ru-RU"/>
        </w:rPr>
        <w:t>.</w:t>
      </w:r>
    </w:p>
    <w:p w:rsidR="00B02DB4" w:rsidRDefault="006A5100">
      <w:pPr>
        <w:pStyle w:val="a"/>
      </w:pPr>
      <w:proofErr w:type="spellStart"/>
      <w:r>
        <w:t>Формирование</w:t>
      </w:r>
      <w:proofErr w:type="spellEnd"/>
      <w:r>
        <w:t xml:space="preserve"> </w:t>
      </w:r>
      <w:proofErr w:type="spellStart"/>
      <w:r>
        <w:t>группы</w:t>
      </w:r>
      <w:proofErr w:type="spellEnd"/>
      <w:r>
        <w:t xml:space="preserve"> </w:t>
      </w:r>
      <w:proofErr w:type="spellStart"/>
      <w:r>
        <w:t>сопровождения</w:t>
      </w:r>
      <w:proofErr w:type="spellEnd"/>
      <w:r>
        <w:t>.</w:t>
      </w:r>
    </w:p>
    <w:p w:rsidR="00B02DB4" w:rsidRPr="006A5100" w:rsidRDefault="006A5100">
      <w:pPr>
        <w:pStyle w:val="a"/>
        <w:rPr>
          <w:lang w:val="ru-RU"/>
        </w:rPr>
      </w:pPr>
      <w:r w:rsidRPr="006A5100">
        <w:rPr>
          <w:lang w:val="ru-RU"/>
        </w:rPr>
        <w:t>Проведение цикла профилактических занятий с элементами тренинга.</w:t>
      </w:r>
    </w:p>
    <w:p w:rsidR="00B02DB4" w:rsidRPr="006A5100" w:rsidRDefault="006A5100">
      <w:pPr>
        <w:pStyle w:val="a"/>
        <w:rPr>
          <w:lang w:val="ru-RU"/>
        </w:rPr>
      </w:pPr>
      <w:r w:rsidRPr="006A5100">
        <w:rPr>
          <w:lang w:val="ru-RU"/>
        </w:rPr>
        <w:t>Использование упражнений на развитие коммуникативных навыков и эмоционального интеллекта.</w:t>
      </w:r>
    </w:p>
    <w:p w:rsidR="00B02DB4" w:rsidRPr="006A5100" w:rsidRDefault="006A5100">
      <w:pPr>
        <w:pStyle w:val="a"/>
        <w:rPr>
          <w:lang w:val="ru-RU"/>
        </w:rPr>
      </w:pPr>
      <w:r w:rsidRPr="006A5100">
        <w:rPr>
          <w:lang w:val="ru-RU"/>
        </w:rPr>
        <w:t xml:space="preserve">Проведение занятий по развитию стрессоустойчивости и навыков </w:t>
      </w:r>
      <w:proofErr w:type="spellStart"/>
      <w:r w:rsidRPr="006A5100">
        <w:rPr>
          <w:lang w:val="ru-RU"/>
        </w:rPr>
        <w:t>саморегуляции</w:t>
      </w:r>
      <w:proofErr w:type="spellEnd"/>
      <w:r w:rsidRPr="006A5100">
        <w:rPr>
          <w:lang w:val="ru-RU"/>
        </w:rPr>
        <w:t>.</w:t>
      </w:r>
    </w:p>
    <w:p w:rsidR="00B02DB4" w:rsidRPr="006A5100" w:rsidRDefault="006A5100">
      <w:pPr>
        <w:pStyle w:val="a"/>
        <w:rPr>
          <w:lang w:val="ru-RU"/>
        </w:rPr>
      </w:pPr>
      <w:r w:rsidRPr="006A5100">
        <w:rPr>
          <w:lang w:val="ru-RU"/>
        </w:rPr>
        <w:t>Организация рефлексивных обсуждений и обратной связи.</w:t>
      </w:r>
    </w:p>
    <w:p w:rsidR="00B02DB4" w:rsidRPr="006A5100" w:rsidRDefault="006A5100">
      <w:pPr>
        <w:pStyle w:val="a"/>
        <w:rPr>
          <w:lang w:val="ru-RU"/>
        </w:rPr>
      </w:pPr>
      <w:r w:rsidRPr="006A5100">
        <w:rPr>
          <w:lang w:val="ru-RU"/>
        </w:rPr>
        <w:t>Повторная диагностика и анализ эффективности работы.</w:t>
      </w:r>
    </w:p>
    <w:p w:rsidR="00B02DB4" w:rsidRDefault="006A5100">
      <w:proofErr w:type="spellStart"/>
      <w:r>
        <w:rPr>
          <w:b/>
        </w:rPr>
        <w:t>Ожидаемые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>:</w:t>
      </w:r>
    </w:p>
    <w:p w:rsidR="00B02DB4" w:rsidRPr="006A5100" w:rsidRDefault="006A5100">
      <w:pPr>
        <w:pStyle w:val="a0"/>
        <w:rPr>
          <w:lang w:val="ru-RU"/>
        </w:rPr>
      </w:pPr>
      <w:r w:rsidRPr="006A5100">
        <w:rPr>
          <w:lang w:val="ru-RU"/>
        </w:rPr>
        <w:t xml:space="preserve">Снижение уровня эмоционального напряжения у </w:t>
      </w:r>
      <w:proofErr w:type="gramStart"/>
      <w:r w:rsidRPr="006A5100">
        <w:rPr>
          <w:lang w:val="ru-RU"/>
        </w:rPr>
        <w:t>обучающихся</w:t>
      </w:r>
      <w:proofErr w:type="gramEnd"/>
      <w:r w:rsidRPr="006A5100">
        <w:rPr>
          <w:lang w:val="ru-RU"/>
        </w:rPr>
        <w:t>.</w:t>
      </w:r>
    </w:p>
    <w:p w:rsidR="00B02DB4" w:rsidRPr="006A5100" w:rsidRDefault="006A5100">
      <w:pPr>
        <w:pStyle w:val="a0"/>
        <w:rPr>
          <w:lang w:val="ru-RU"/>
        </w:rPr>
      </w:pPr>
      <w:r w:rsidRPr="006A5100">
        <w:rPr>
          <w:lang w:val="ru-RU"/>
        </w:rPr>
        <w:t>Улучшение психологического климата в классе.</w:t>
      </w:r>
    </w:p>
    <w:p w:rsidR="00B02DB4" w:rsidRDefault="006A5100">
      <w:pPr>
        <w:pStyle w:val="a0"/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навыков</w:t>
      </w:r>
      <w:proofErr w:type="spellEnd"/>
      <w:r>
        <w:t xml:space="preserve"> </w:t>
      </w:r>
      <w:proofErr w:type="spellStart"/>
      <w:r>
        <w:t>конструктивного</w:t>
      </w:r>
      <w:proofErr w:type="spellEnd"/>
      <w:r>
        <w:t xml:space="preserve"> </w:t>
      </w:r>
      <w:proofErr w:type="spellStart"/>
      <w:r>
        <w:t>общения</w:t>
      </w:r>
      <w:proofErr w:type="spellEnd"/>
      <w:r>
        <w:t>.</w:t>
      </w:r>
    </w:p>
    <w:p w:rsidR="00B02DB4" w:rsidRDefault="006A5100">
      <w:pPr>
        <w:pStyle w:val="a0"/>
        <w:rPr>
          <w:lang w:val="ru-RU"/>
        </w:rPr>
      </w:pPr>
      <w:r w:rsidRPr="006A5100">
        <w:rPr>
          <w:lang w:val="ru-RU"/>
        </w:rPr>
        <w:t xml:space="preserve">Повышение уровня адаптации </w:t>
      </w:r>
      <w:proofErr w:type="gramStart"/>
      <w:r w:rsidRPr="006A5100">
        <w:rPr>
          <w:lang w:val="ru-RU"/>
        </w:rPr>
        <w:t>обучающихся</w:t>
      </w:r>
      <w:proofErr w:type="gramEnd"/>
      <w:r w:rsidRPr="006A5100">
        <w:rPr>
          <w:lang w:val="ru-RU"/>
        </w:rPr>
        <w:t xml:space="preserve"> группы риска.</w:t>
      </w:r>
    </w:p>
    <w:p w:rsidR="006A5100" w:rsidRDefault="006A5100" w:rsidP="006A5100">
      <w:pPr>
        <w:pStyle w:val="a0"/>
        <w:numPr>
          <w:ilvl w:val="0"/>
          <w:numId w:val="0"/>
        </w:numPr>
        <w:ind w:left="360" w:hanging="360"/>
        <w:rPr>
          <w:lang w:val="ru-RU"/>
        </w:rPr>
      </w:pPr>
    </w:p>
    <w:p w:rsidR="006A5100" w:rsidRPr="006A5100" w:rsidRDefault="006A5100" w:rsidP="006A5100">
      <w:pPr>
        <w:jc w:val="center"/>
        <w:rPr>
          <w:lang w:val="ru-RU"/>
        </w:rPr>
      </w:pPr>
      <w:r w:rsidRPr="006A5100">
        <w:rPr>
          <w:b/>
          <w:sz w:val="32"/>
          <w:lang w:val="ru-RU"/>
        </w:rPr>
        <w:lastRenderedPageBreak/>
        <w:t>Конспект занятия</w:t>
      </w:r>
    </w:p>
    <w:p w:rsidR="006A5100" w:rsidRPr="006A5100" w:rsidRDefault="006A5100" w:rsidP="006A5100">
      <w:pPr>
        <w:rPr>
          <w:lang w:val="ru-RU"/>
        </w:rPr>
      </w:pPr>
      <w:r w:rsidRPr="006A5100">
        <w:rPr>
          <w:b/>
          <w:lang w:val="ru-RU"/>
        </w:rPr>
        <w:t>Тема занятия:</w:t>
      </w:r>
      <w:r w:rsidRPr="006A5100">
        <w:rPr>
          <w:b/>
          <w:lang w:val="ru-RU"/>
        </w:rPr>
        <w:br/>
      </w:r>
      <w:r w:rsidRPr="006A5100">
        <w:rPr>
          <w:lang w:val="ru-RU"/>
        </w:rPr>
        <w:t>«Навыки конструктивного общения»</w:t>
      </w:r>
    </w:p>
    <w:p w:rsidR="006A5100" w:rsidRPr="006A5100" w:rsidRDefault="006A5100" w:rsidP="006A5100">
      <w:pPr>
        <w:rPr>
          <w:lang w:val="ru-RU"/>
        </w:rPr>
      </w:pPr>
      <w:r w:rsidRPr="006A5100">
        <w:rPr>
          <w:b/>
          <w:lang w:val="ru-RU"/>
        </w:rPr>
        <w:t>Целевая аудитория:</w:t>
      </w:r>
      <w:r w:rsidRPr="006A5100">
        <w:rPr>
          <w:b/>
          <w:lang w:val="ru-RU"/>
        </w:rPr>
        <w:br/>
      </w:r>
      <w:r w:rsidRPr="006A5100">
        <w:rPr>
          <w:lang w:val="ru-RU"/>
        </w:rPr>
        <w:t>Обучающиеся группы риска 7–9 классов.</w:t>
      </w:r>
    </w:p>
    <w:p w:rsidR="006A5100" w:rsidRPr="006A5100" w:rsidRDefault="006A5100" w:rsidP="006A5100">
      <w:pPr>
        <w:rPr>
          <w:lang w:val="ru-RU"/>
        </w:rPr>
      </w:pPr>
      <w:r w:rsidRPr="006A5100">
        <w:rPr>
          <w:b/>
          <w:lang w:val="ru-RU"/>
        </w:rPr>
        <w:t>Цель занятия:</w:t>
      </w:r>
      <w:r w:rsidRPr="006A5100">
        <w:rPr>
          <w:b/>
          <w:lang w:val="ru-RU"/>
        </w:rPr>
        <w:br/>
      </w:r>
      <w:r w:rsidRPr="006A5100">
        <w:rPr>
          <w:lang w:val="ru-RU"/>
        </w:rPr>
        <w:t>Развитие навыков конструктивного взаимодействия и снижение уровня конфликтности в группе обучающихся.</w:t>
      </w:r>
    </w:p>
    <w:p w:rsidR="006A5100" w:rsidRDefault="006A5100" w:rsidP="006A5100"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занятия</w:t>
      </w:r>
      <w:proofErr w:type="spellEnd"/>
      <w:r>
        <w:rPr>
          <w:b/>
        </w:rPr>
        <w:t>:</w:t>
      </w:r>
    </w:p>
    <w:p w:rsidR="006A5100" w:rsidRDefault="006A5100" w:rsidP="006A5100">
      <w:pPr>
        <w:pStyle w:val="a0"/>
      </w:pPr>
      <w:proofErr w:type="spellStart"/>
      <w:r>
        <w:t>Развить</w:t>
      </w:r>
      <w:proofErr w:type="spellEnd"/>
      <w:r>
        <w:t xml:space="preserve"> </w:t>
      </w:r>
      <w:proofErr w:type="spellStart"/>
      <w:r>
        <w:t>навыки</w:t>
      </w:r>
      <w:proofErr w:type="spellEnd"/>
      <w:r>
        <w:t xml:space="preserve"> </w:t>
      </w:r>
      <w:proofErr w:type="spellStart"/>
      <w:r>
        <w:t>эффективного</w:t>
      </w:r>
      <w:proofErr w:type="spellEnd"/>
      <w:r>
        <w:t xml:space="preserve"> </w:t>
      </w:r>
      <w:proofErr w:type="spellStart"/>
      <w:r>
        <w:t>общения</w:t>
      </w:r>
      <w:proofErr w:type="spellEnd"/>
      <w:r>
        <w:t>.</w:t>
      </w:r>
    </w:p>
    <w:p w:rsidR="006A5100" w:rsidRPr="006A5100" w:rsidRDefault="006A5100" w:rsidP="006A5100">
      <w:pPr>
        <w:pStyle w:val="a0"/>
        <w:rPr>
          <w:lang w:val="ru-RU"/>
        </w:rPr>
      </w:pPr>
      <w:r w:rsidRPr="006A5100">
        <w:rPr>
          <w:lang w:val="ru-RU"/>
        </w:rPr>
        <w:t>Сформировать представления о конструктивных способах разрешения конфликтов.</w:t>
      </w:r>
    </w:p>
    <w:p w:rsidR="006A5100" w:rsidRPr="006A5100" w:rsidRDefault="006A5100" w:rsidP="006A5100">
      <w:pPr>
        <w:pStyle w:val="a0"/>
        <w:rPr>
          <w:lang w:val="ru-RU"/>
        </w:rPr>
      </w:pPr>
      <w:r w:rsidRPr="006A5100">
        <w:rPr>
          <w:lang w:val="ru-RU"/>
        </w:rPr>
        <w:t xml:space="preserve">Повысить уровень </w:t>
      </w:r>
      <w:proofErr w:type="spellStart"/>
      <w:r w:rsidRPr="006A5100">
        <w:rPr>
          <w:lang w:val="ru-RU"/>
        </w:rPr>
        <w:t>эмпатии</w:t>
      </w:r>
      <w:proofErr w:type="spellEnd"/>
      <w:r w:rsidRPr="006A5100">
        <w:rPr>
          <w:lang w:val="ru-RU"/>
        </w:rPr>
        <w:t xml:space="preserve"> и навыков слушания.</w:t>
      </w:r>
    </w:p>
    <w:p w:rsidR="006A5100" w:rsidRPr="006A5100" w:rsidRDefault="006A5100" w:rsidP="006A5100">
      <w:pPr>
        <w:pStyle w:val="a0"/>
        <w:rPr>
          <w:lang w:val="ru-RU"/>
        </w:rPr>
      </w:pPr>
      <w:r w:rsidRPr="006A5100">
        <w:rPr>
          <w:lang w:val="ru-RU"/>
        </w:rPr>
        <w:t>Снизить уровень эмоционального напряжения в группе.</w:t>
      </w:r>
    </w:p>
    <w:p w:rsidR="006A5100" w:rsidRPr="006A5100" w:rsidRDefault="006A5100" w:rsidP="006A5100">
      <w:pPr>
        <w:rPr>
          <w:lang w:val="ru-RU"/>
        </w:rPr>
      </w:pPr>
      <w:r w:rsidRPr="006A5100">
        <w:rPr>
          <w:b/>
          <w:lang w:val="ru-RU"/>
        </w:rPr>
        <w:t>Продолжительность:</w:t>
      </w:r>
      <w:r w:rsidRPr="006A5100">
        <w:rPr>
          <w:b/>
          <w:lang w:val="ru-RU"/>
        </w:rPr>
        <w:br/>
      </w:r>
      <w:r w:rsidRPr="006A5100">
        <w:rPr>
          <w:lang w:val="ru-RU"/>
        </w:rPr>
        <w:t>45 минут.</w:t>
      </w:r>
    </w:p>
    <w:p w:rsidR="006A5100" w:rsidRPr="006A5100" w:rsidRDefault="006A5100" w:rsidP="006A5100">
      <w:pPr>
        <w:rPr>
          <w:lang w:val="ru-RU"/>
        </w:rPr>
      </w:pPr>
      <w:r w:rsidRPr="006A5100">
        <w:rPr>
          <w:b/>
          <w:lang w:val="ru-RU"/>
        </w:rPr>
        <w:t>Формы работы:</w:t>
      </w:r>
      <w:r w:rsidRPr="006A5100">
        <w:rPr>
          <w:b/>
          <w:lang w:val="ru-RU"/>
        </w:rPr>
        <w:br/>
      </w:r>
      <w:proofErr w:type="spellStart"/>
      <w:r w:rsidRPr="006A5100">
        <w:rPr>
          <w:lang w:val="ru-RU"/>
        </w:rPr>
        <w:t>Тренинговые</w:t>
      </w:r>
      <w:proofErr w:type="spellEnd"/>
      <w:r w:rsidRPr="006A5100">
        <w:rPr>
          <w:lang w:val="ru-RU"/>
        </w:rPr>
        <w:t xml:space="preserve"> упражнения, групповое обсуждение, работа в парах.</w:t>
      </w:r>
    </w:p>
    <w:p w:rsidR="006A5100" w:rsidRPr="006A5100" w:rsidRDefault="006A5100" w:rsidP="006A5100">
      <w:pPr>
        <w:rPr>
          <w:lang w:val="ru-RU"/>
        </w:rPr>
      </w:pPr>
      <w:r w:rsidRPr="006A5100">
        <w:rPr>
          <w:b/>
          <w:lang w:val="ru-RU"/>
        </w:rPr>
        <w:t>Ход занятия:</w:t>
      </w:r>
    </w:p>
    <w:p w:rsidR="006A5100" w:rsidRPr="006A5100" w:rsidRDefault="006A5100" w:rsidP="006A5100">
      <w:pPr>
        <w:rPr>
          <w:lang w:val="ru-RU"/>
        </w:rPr>
      </w:pPr>
      <w:r w:rsidRPr="006A5100">
        <w:rPr>
          <w:b/>
          <w:lang w:val="ru-RU"/>
        </w:rPr>
        <w:t>Организационный этап</w:t>
      </w:r>
      <w:r w:rsidRPr="006A5100">
        <w:rPr>
          <w:b/>
          <w:lang w:val="ru-RU"/>
        </w:rPr>
        <w:br/>
      </w:r>
      <w:r w:rsidRPr="006A5100">
        <w:rPr>
          <w:lang w:val="ru-RU"/>
        </w:rPr>
        <w:t>Приветствие участников, обсуждение правил групповой работы, настрой на взаимодействие.</w:t>
      </w:r>
    </w:p>
    <w:p w:rsidR="006A5100" w:rsidRPr="006A5100" w:rsidRDefault="006A5100" w:rsidP="006A5100">
      <w:pPr>
        <w:rPr>
          <w:lang w:val="ru-RU"/>
        </w:rPr>
      </w:pPr>
      <w:r w:rsidRPr="006A5100">
        <w:rPr>
          <w:b/>
          <w:lang w:val="ru-RU"/>
        </w:rPr>
        <w:t>Разминка</w:t>
      </w:r>
      <w:r w:rsidRPr="006A5100">
        <w:rPr>
          <w:b/>
          <w:lang w:val="ru-RU"/>
        </w:rPr>
        <w:br/>
      </w:r>
      <w:r w:rsidRPr="006A5100">
        <w:rPr>
          <w:lang w:val="ru-RU"/>
        </w:rPr>
        <w:t>Упражнение на знакомство и активизацию взаимодействия между участниками.</w:t>
      </w:r>
    </w:p>
    <w:p w:rsidR="006A5100" w:rsidRPr="006A5100" w:rsidRDefault="006A5100" w:rsidP="006A5100">
      <w:pPr>
        <w:rPr>
          <w:lang w:val="ru-RU"/>
        </w:rPr>
      </w:pPr>
      <w:r w:rsidRPr="006A5100">
        <w:rPr>
          <w:b/>
          <w:lang w:val="ru-RU"/>
        </w:rPr>
        <w:t>Основной этап</w:t>
      </w:r>
      <w:r w:rsidRPr="006A5100">
        <w:rPr>
          <w:b/>
          <w:lang w:val="ru-RU"/>
        </w:rPr>
        <w:br/>
      </w:r>
      <w:r w:rsidRPr="006A5100">
        <w:rPr>
          <w:lang w:val="ru-RU"/>
        </w:rPr>
        <w:t>Проведение упражнений: «Активное слушание», «</w:t>
      </w:r>
      <w:proofErr w:type="gramStart"/>
      <w:r w:rsidRPr="006A5100">
        <w:rPr>
          <w:lang w:val="ru-RU"/>
        </w:rPr>
        <w:t>Я-высказывания</w:t>
      </w:r>
      <w:proofErr w:type="gramEnd"/>
      <w:r w:rsidRPr="006A5100">
        <w:rPr>
          <w:lang w:val="ru-RU"/>
        </w:rPr>
        <w:t>», разбор конфликтных ситуаций.</w:t>
      </w:r>
    </w:p>
    <w:p w:rsidR="006A5100" w:rsidRPr="006A5100" w:rsidRDefault="006A5100" w:rsidP="006A5100">
      <w:pPr>
        <w:rPr>
          <w:lang w:val="ru-RU"/>
        </w:rPr>
      </w:pPr>
      <w:r w:rsidRPr="006A5100">
        <w:rPr>
          <w:b/>
          <w:lang w:val="ru-RU"/>
        </w:rPr>
        <w:lastRenderedPageBreak/>
        <w:t>Рефлексия</w:t>
      </w:r>
      <w:r w:rsidRPr="006A5100">
        <w:rPr>
          <w:b/>
          <w:lang w:val="ru-RU"/>
        </w:rPr>
        <w:br/>
      </w:r>
      <w:r w:rsidRPr="006A5100">
        <w:rPr>
          <w:lang w:val="ru-RU"/>
        </w:rPr>
        <w:t>Обсуждение трудностей и наиболее полезных навыков, полученных в ходе занятия.</w:t>
      </w:r>
    </w:p>
    <w:p w:rsidR="006A5100" w:rsidRDefault="006A5100" w:rsidP="006A5100">
      <w:proofErr w:type="spellStart"/>
      <w:r>
        <w:rPr>
          <w:b/>
        </w:rPr>
        <w:t>Ожидаемые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>:</w:t>
      </w:r>
    </w:p>
    <w:p w:rsidR="006A5100" w:rsidRDefault="006A5100" w:rsidP="006A5100">
      <w:pPr>
        <w:pStyle w:val="a0"/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навыков</w:t>
      </w:r>
      <w:proofErr w:type="spellEnd"/>
      <w:r>
        <w:t xml:space="preserve"> </w:t>
      </w:r>
      <w:proofErr w:type="spellStart"/>
      <w:r>
        <w:t>конструктивного</w:t>
      </w:r>
      <w:proofErr w:type="spellEnd"/>
      <w:r>
        <w:t xml:space="preserve"> </w:t>
      </w:r>
      <w:proofErr w:type="spellStart"/>
      <w:r>
        <w:t>общения</w:t>
      </w:r>
      <w:proofErr w:type="spellEnd"/>
      <w:r>
        <w:t>.</w:t>
      </w:r>
    </w:p>
    <w:p w:rsidR="006A5100" w:rsidRPr="006A5100" w:rsidRDefault="006A5100" w:rsidP="006A5100">
      <w:pPr>
        <w:pStyle w:val="a0"/>
        <w:rPr>
          <w:lang w:val="ru-RU"/>
        </w:rPr>
      </w:pPr>
      <w:r w:rsidRPr="006A5100">
        <w:rPr>
          <w:lang w:val="ru-RU"/>
        </w:rPr>
        <w:t>Снижение уровня конфликтности в группе.</w:t>
      </w:r>
    </w:p>
    <w:p w:rsidR="006A5100" w:rsidRPr="006A5100" w:rsidRDefault="006A5100" w:rsidP="006A5100">
      <w:pPr>
        <w:pStyle w:val="a0"/>
        <w:rPr>
          <w:lang w:val="ru-RU"/>
        </w:rPr>
      </w:pPr>
      <w:r w:rsidRPr="006A5100">
        <w:rPr>
          <w:lang w:val="ru-RU"/>
        </w:rPr>
        <w:t>Повышение способности учитывать эмоциональное состояние собеседника.</w:t>
      </w:r>
    </w:p>
    <w:p w:rsidR="006A5100" w:rsidRPr="006A5100" w:rsidRDefault="006A5100" w:rsidP="006A5100">
      <w:pPr>
        <w:pStyle w:val="a0"/>
        <w:numPr>
          <w:ilvl w:val="0"/>
          <w:numId w:val="0"/>
        </w:numPr>
        <w:ind w:left="360" w:hanging="360"/>
        <w:rPr>
          <w:lang w:val="ru-RU"/>
        </w:rPr>
      </w:pPr>
    </w:p>
    <w:sectPr w:rsidR="006A5100" w:rsidRPr="006A5100" w:rsidSect="006A5100">
      <w:pgSz w:w="12240" w:h="15840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A5100"/>
    <w:rsid w:val="008C7820"/>
    <w:rsid w:val="00AA1D8D"/>
    <w:rsid w:val="00B02DB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BFECBE-B023-4026-A486-D58170468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психолог</cp:lastModifiedBy>
  <cp:revision>3</cp:revision>
  <dcterms:created xsi:type="dcterms:W3CDTF">2013-12-23T23:15:00Z</dcterms:created>
  <dcterms:modified xsi:type="dcterms:W3CDTF">2026-05-28T11:08:00Z</dcterms:modified>
  <cp:category/>
</cp:coreProperties>
</file>