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6E6" w:rsidRDefault="00300215">
      <w:pPr>
        <w:jc w:val="center"/>
      </w:pPr>
      <w:r>
        <w:rPr>
          <w:b/>
          <w:sz w:val="32"/>
        </w:rPr>
        <w:t>Практика на уровне образовательной организации</w:t>
      </w:r>
    </w:p>
    <w:p w:rsidR="00C436E6" w:rsidRDefault="00C436E6"/>
    <w:p w:rsidR="00C436E6" w:rsidRPr="00300215" w:rsidRDefault="00300215">
      <w:pPr>
        <w:rPr>
          <w:lang w:val="ru-RU"/>
        </w:rPr>
      </w:pPr>
      <w:r w:rsidRPr="00300215">
        <w:rPr>
          <w:b/>
          <w:lang w:val="ru-RU"/>
        </w:rPr>
        <w:t>Наименование практики:</w:t>
      </w:r>
      <w:r w:rsidRPr="00300215">
        <w:rPr>
          <w:b/>
          <w:lang w:val="ru-RU"/>
        </w:rPr>
        <w:br/>
      </w:r>
      <w:r w:rsidRPr="00300215">
        <w:rPr>
          <w:lang w:val="ru-RU"/>
        </w:rPr>
        <w:t xml:space="preserve">«Школа </w:t>
      </w:r>
      <w:r w:rsidRPr="00300215">
        <w:rPr>
          <w:lang w:val="ru-RU"/>
        </w:rPr>
        <w:t>безопасности: система профилактики факторов риска по результатам СПТ»</w:t>
      </w:r>
    </w:p>
    <w:p w:rsidR="00C436E6" w:rsidRPr="00300215" w:rsidRDefault="00300215">
      <w:pPr>
        <w:rPr>
          <w:lang w:val="ru-RU"/>
        </w:rPr>
      </w:pPr>
      <w:r w:rsidRPr="00300215">
        <w:rPr>
          <w:b/>
          <w:lang w:val="ru-RU"/>
        </w:rPr>
        <w:t>Цель практики:</w:t>
      </w:r>
      <w:r w:rsidRPr="00300215">
        <w:rPr>
          <w:b/>
          <w:lang w:val="ru-RU"/>
        </w:rPr>
        <w:br/>
      </w:r>
      <w:r w:rsidRPr="00300215">
        <w:rPr>
          <w:lang w:val="ru-RU"/>
        </w:rPr>
        <w:t xml:space="preserve">Создание системы психолого-педагогического сопровождения обучающихся на </w:t>
      </w:r>
      <w:r w:rsidRPr="00300215">
        <w:rPr>
          <w:lang w:val="ru-RU"/>
        </w:rPr>
        <w:t>основе анализа результатов социально-психологического тестирования (СПТ) и профилактики выявленных факторов риска.</w:t>
      </w:r>
    </w:p>
    <w:p w:rsidR="00C436E6" w:rsidRDefault="00300215">
      <w:proofErr w:type="spellStart"/>
      <w:r>
        <w:rPr>
          <w:b/>
        </w:rPr>
        <w:t>Задачи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практики</w:t>
      </w:r>
      <w:proofErr w:type="spellEnd"/>
      <w:r>
        <w:rPr>
          <w:b/>
        </w:rPr>
        <w:t>:</w:t>
      </w:r>
    </w:p>
    <w:p w:rsidR="00C436E6" w:rsidRPr="00300215" w:rsidRDefault="00300215">
      <w:pPr>
        <w:pStyle w:val="a0"/>
        <w:rPr>
          <w:lang w:val="ru-RU"/>
        </w:rPr>
      </w:pPr>
      <w:r w:rsidRPr="00300215">
        <w:rPr>
          <w:lang w:val="ru-RU"/>
        </w:rPr>
        <w:t>Выявление актуальных факторов риска по результатам СПТ.</w:t>
      </w:r>
    </w:p>
    <w:p w:rsidR="00C436E6" w:rsidRPr="00300215" w:rsidRDefault="00300215">
      <w:pPr>
        <w:pStyle w:val="a0"/>
        <w:rPr>
          <w:lang w:val="ru-RU"/>
        </w:rPr>
      </w:pPr>
      <w:r w:rsidRPr="00300215">
        <w:rPr>
          <w:lang w:val="ru-RU"/>
        </w:rPr>
        <w:t>Организация межведомственного взаимодействия участников образователь</w:t>
      </w:r>
      <w:r w:rsidRPr="00300215">
        <w:rPr>
          <w:lang w:val="ru-RU"/>
        </w:rPr>
        <w:t>ного процесса.</w:t>
      </w:r>
    </w:p>
    <w:p w:rsidR="00C436E6" w:rsidRPr="00300215" w:rsidRDefault="00300215">
      <w:pPr>
        <w:pStyle w:val="a0"/>
        <w:rPr>
          <w:lang w:val="ru-RU"/>
        </w:rPr>
      </w:pPr>
      <w:r w:rsidRPr="00300215">
        <w:rPr>
          <w:lang w:val="ru-RU"/>
        </w:rPr>
        <w:t>Повышение психологической компетентности педагогов и родителей.</w:t>
      </w:r>
    </w:p>
    <w:p w:rsidR="00C436E6" w:rsidRPr="00300215" w:rsidRDefault="00300215">
      <w:pPr>
        <w:pStyle w:val="a0"/>
        <w:rPr>
          <w:lang w:val="ru-RU"/>
        </w:rPr>
      </w:pPr>
      <w:r w:rsidRPr="00300215">
        <w:rPr>
          <w:lang w:val="ru-RU"/>
        </w:rPr>
        <w:t>Формирование безопасной и поддерживающей образовательной среды.</w:t>
      </w:r>
    </w:p>
    <w:p w:rsidR="00C436E6" w:rsidRPr="00300215" w:rsidRDefault="00300215">
      <w:pPr>
        <w:pStyle w:val="a0"/>
        <w:rPr>
          <w:lang w:val="ru-RU"/>
        </w:rPr>
      </w:pPr>
      <w:r w:rsidRPr="00300215">
        <w:rPr>
          <w:lang w:val="ru-RU"/>
        </w:rPr>
        <w:t xml:space="preserve">Профилактика </w:t>
      </w:r>
      <w:proofErr w:type="spellStart"/>
      <w:r w:rsidRPr="00300215">
        <w:rPr>
          <w:lang w:val="ru-RU"/>
        </w:rPr>
        <w:t>дезадаптивного</w:t>
      </w:r>
      <w:proofErr w:type="spellEnd"/>
      <w:r w:rsidRPr="00300215">
        <w:rPr>
          <w:lang w:val="ru-RU"/>
        </w:rPr>
        <w:t xml:space="preserve"> и рискованного поведения </w:t>
      </w:r>
      <w:proofErr w:type="gramStart"/>
      <w:r w:rsidRPr="00300215">
        <w:rPr>
          <w:lang w:val="ru-RU"/>
        </w:rPr>
        <w:t>обучающихся</w:t>
      </w:r>
      <w:proofErr w:type="gramEnd"/>
      <w:r w:rsidRPr="00300215">
        <w:rPr>
          <w:lang w:val="ru-RU"/>
        </w:rPr>
        <w:t>.</w:t>
      </w:r>
    </w:p>
    <w:p w:rsidR="00C436E6" w:rsidRDefault="00300215">
      <w:proofErr w:type="spellStart"/>
      <w:r>
        <w:rPr>
          <w:b/>
        </w:rPr>
        <w:t>План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реализации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практики</w:t>
      </w:r>
      <w:proofErr w:type="spellEnd"/>
      <w:r>
        <w:rPr>
          <w:b/>
        </w:rPr>
        <w:t>:</w:t>
      </w:r>
    </w:p>
    <w:p w:rsidR="00C436E6" w:rsidRPr="00300215" w:rsidRDefault="00300215">
      <w:pPr>
        <w:pStyle w:val="a"/>
        <w:rPr>
          <w:lang w:val="ru-RU"/>
        </w:rPr>
      </w:pPr>
      <w:r w:rsidRPr="00300215">
        <w:rPr>
          <w:lang w:val="ru-RU"/>
        </w:rPr>
        <w:t>Анализ результатов СП</w:t>
      </w:r>
      <w:r w:rsidRPr="00300215">
        <w:rPr>
          <w:lang w:val="ru-RU"/>
        </w:rPr>
        <w:t>Т и выделение актуальных факторов риска.</w:t>
      </w:r>
    </w:p>
    <w:p w:rsidR="00C436E6" w:rsidRDefault="00300215">
      <w:pPr>
        <w:pStyle w:val="a"/>
      </w:pPr>
      <w:proofErr w:type="spellStart"/>
      <w:r>
        <w:t>Проведение</w:t>
      </w:r>
      <w:proofErr w:type="spellEnd"/>
      <w:r>
        <w:t xml:space="preserve"> </w:t>
      </w:r>
      <w:proofErr w:type="spellStart"/>
      <w:r>
        <w:t>психолого-педагогического</w:t>
      </w:r>
      <w:proofErr w:type="spellEnd"/>
      <w:r>
        <w:t xml:space="preserve"> </w:t>
      </w:r>
      <w:proofErr w:type="spellStart"/>
      <w:r>
        <w:t>консилиума</w:t>
      </w:r>
      <w:proofErr w:type="spellEnd"/>
      <w:r>
        <w:t>.</w:t>
      </w:r>
    </w:p>
    <w:p w:rsidR="00C436E6" w:rsidRPr="00300215" w:rsidRDefault="00300215">
      <w:pPr>
        <w:pStyle w:val="a"/>
        <w:rPr>
          <w:lang w:val="ru-RU"/>
        </w:rPr>
      </w:pPr>
      <w:r w:rsidRPr="00300215">
        <w:rPr>
          <w:lang w:val="ru-RU"/>
        </w:rPr>
        <w:t>Разработка плана профилактической работы на уровне образовательной организации.</w:t>
      </w:r>
    </w:p>
    <w:p w:rsidR="00C436E6" w:rsidRPr="00300215" w:rsidRDefault="00300215">
      <w:pPr>
        <w:pStyle w:val="a"/>
        <w:rPr>
          <w:lang w:val="ru-RU"/>
        </w:rPr>
      </w:pPr>
      <w:r w:rsidRPr="00300215">
        <w:rPr>
          <w:lang w:val="ru-RU"/>
        </w:rPr>
        <w:t>Проведение тематических классных часов и профилактических мероприятий.</w:t>
      </w:r>
    </w:p>
    <w:p w:rsidR="00C436E6" w:rsidRPr="00300215" w:rsidRDefault="00300215">
      <w:pPr>
        <w:pStyle w:val="a"/>
        <w:rPr>
          <w:lang w:val="ru-RU"/>
        </w:rPr>
      </w:pPr>
      <w:r w:rsidRPr="00300215">
        <w:rPr>
          <w:lang w:val="ru-RU"/>
        </w:rPr>
        <w:t>Организация кон</w:t>
      </w:r>
      <w:r w:rsidRPr="00300215">
        <w:rPr>
          <w:lang w:val="ru-RU"/>
        </w:rPr>
        <w:t>сультационной работы с педагогами и родителями.</w:t>
      </w:r>
    </w:p>
    <w:p w:rsidR="00C436E6" w:rsidRPr="00300215" w:rsidRDefault="00300215">
      <w:pPr>
        <w:pStyle w:val="a"/>
        <w:rPr>
          <w:lang w:val="ru-RU"/>
        </w:rPr>
      </w:pPr>
      <w:r w:rsidRPr="00300215">
        <w:rPr>
          <w:lang w:val="ru-RU"/>
        </w:rPr>
        <w:t xml:space="preserve">Проведение мониторинга эмоционального состояния </w:t>
      </w:r>
      <w:proofErr w:type="gramStart"/>
      <w:r w:rsidRPr="00300215">
        <w:rPr>
          <w:lang w:val="ru-RU"/>
        </w:rPr>
        <w:t>обучающихся</w:t>
      </w:r>
      <w:proofErr w:type="gramEnd"/>
      <w:r w:rsidRPr="00300215">
        <w:rPr>
          <w:lang w:val="ru-RU"/>
        </w:rPr>
        <w:t>.</w:t>
      </w:r>
    </w:p>
    <w:p w:rsidR="00C436E6" w:rsidRPr="00300215" w:rsidRDefault="00300215">
      <w:pPr>
        <w:pStyle w:val="a"/>
        <w:rPr>
          <w:lang w:val="ru-RU"/>
        </w:rPr>
      </w:pPr>
      <w:r w:rsidRPr="00300215">
        <w:rPr>
          <w:lang w:val="ru-RU"/>
        </w:rPr>
        <w:t>Оценка эффективности реализованных мероприятий и корректировка плана сопровождения.</w:t>
      </w:r>
    </w:p>
    <w:p w:rsidR="00C436E6" w:rsidRDefault="00300215">
      <w:proofErr w:type="spellStart"/>
      <w:r>
        <w:rPr>
          <w:b/>
        </w:rPr>
        <w:t>Ожидаемые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результаты</w:t>
      </w:r>
      <w:proofErr w:type="spellEnd"/>
      <w:r>
        <w:rPr>
          <w:b/>
        </w:rPr>
        <w:t>:</w:t>
      </w:r>
    </w:p>
    <w:p w:rsidR="00C436E6" w:rsidRPr="00300215" w:rsidRDefault="00300215">
      <w:pPr>
        <w:pStyle w:val="a0"/>
        <w:rPr>
          <w:lang w:val="ru-RU"/>
        </w:rPr>
      </w:pPr>
      <w:r w:rsidRPr="00300215">
        <w:rPr>
          <w:lang w:val="ru-RU"/>
        </w:rPr>
        <w:t xml:space="preserve">Снижение выраженности факторов риска </w:t>
      </w:r>
      <w:proofErr w:type="gramStart"/>
      <w:r w:rsidRPr="00300215">
        <w:rPr>
          <w:lang w:val="ru-RU"/>
        </w:rPr>
        <w:t>у</w:t>
      </w:r>
      <w:proofErr w:type="gramEnd"/>
      <w:r w:rsidRPr="00300215">
        <w:rPr>
          <w:lang w:val="ru-RU"/>
        </w:rPr>
        <w:t xml:space="preserve"> об</w:t>
      </w:r>
      <w:r w:rsidRPr="00300215">
        <w:rPr>
          <w:lang w:val="ru-RU"/>
        </w:rPr>
        <w:t>учающихся.</w:t>
      </w:r>
    </w:p>
    <w:p w:rsidR="00C436E6" w:rsidRPr="00300215" w:rsidRDefault="00300215">
      <w:pPr>
        <w:pStyle w:val="a0"/>
        <w:rPr>
          <w:lang w:val="ru-RU"/>
        </w:rPr>
      </w:pPr>
      <w:r w:rsidRPr="00300215">
        <w:rPr>
          <w:lang w:val="ru-RU"/>
        </w:rPr>
        <w:t>Повышение уровня психологической безопасности образовательной среды.</w:t>
      </w:r>
    </w:p>
    <w:p w:rsidR="00C436E6" w:rsidRPr="00300215" w:rsidRDefault="00300215">
      <w:pPr>
        <w:pStyle w:val="a0"/>
        <w:rPr>
          <w:lang w:val="ru-RU"/>
        </w:rPr>
      </w:pPr>
      <w:r w:rsidRPr="00300215">
        <w:rPr>
          <w:lang w:val="ru-RU"/>
        </w:rPr>
        <w:t>Повышение информированности педагогов и родителей по вопросам профилактики.</w:t>
      </w:r>
    </w:p>
    <w:p w:rsidR="00C436E6" w:rsidRDefault="00300215">
      <w:pPr>
        <w:pStyle w:val="a0"/>
        <w:rPr>
          <w:lang w:val="ru-RU"/>
        </w:rPr>
      </w:pPr>
      <w:r w:rsidRPr="00300215">
        <w:rPr>
          <w:lang w:val="ru-RU"/>
        </w:rPr>
        <w:lastRenderedPageBreak/>
        <w:t xml:space="preserve">Формирование системы раннего выявления и </w:t>
      </w:r>
      <w:proofErr w:type="gramStart"/>
      <w:r w:rsidRPr="00300215">
        <w:rPr>
          <w:lang w:val="ru-RU"/>
        </w:rPr>
        <w:t>сопровождения</w:t>
      </w:r>
      <w:proofErr w:type="gramEnd"/>
      <w:r w:rsidRPr="00300215">
        <w:rPr>
          <w:lang w:val="ru-RU"/>
        </w:rPr>
        <w:t xml:space="preserve"> обучающихся группы риска.</w:t>
      </w:r>
    </w:p>
    <w:p w:rsidR="00300215" w:rsidRDefault="00300215" w:rsidP="00300215">
      <w:pPr>
        <w:pStyle w:val="a0"/>
        <w:numPr>
          <w:ilvl w:val="0"/>
          <w:numId w:val="0"/>
        </w:numPr>
        <w:ind w:left="360" w:hanging="360"/>
        <w:rPr>
          <w:lang w:val="ru-RU"/>
        </w:rPr>
      </w:pPr>
    </w:p>
    <w:p w:rsidR="00300215" w:rsidRDefault="00300215" w:rsidP="00300215">
      <w:pPr>
        <w:pStyle w:val="a0"/>
        <w:numPr>
          <w:ilvl w:val="0"/>
          <w:numId w:val="0"/>
        </w:numPr>
        <w:ind w:left="360" w:hanging="360"/>
        <w:rPr>
          <w:lang w:val="ru-RU"/>
        </w:rPr>
      </w:pPr>
    </w:p>
    <w:p w:rsidR="00300215" w:rsidRPr="00300215" w:rsidRDefault="00300215" w:rsidP="00300215">
      <w:pPr>
        <w:jc w:val="center"/>
        <w:rPr>
          <w:lang w:val="ru-RU"/>
        </w:rPr>
      </w:pPr>
      <w:r w:rsidRPr="00300215">
        <w:rPr>
          <w:b/>
          <w:sz w:val="32"/>
          <w:lang w:val="ru-RU"/>
        </w:rPr>
        <w:t>Конспект занятия</w:t>
      </w:r>
    </w:p>
    <w:p w:rsidR="00300215" w:rsidRPr="00300215" w:rsidRDefault="00300215" w:rsidP="00300215">
      <w:pPr>
        <w:rPr>
          <w:lang w:val="ru-RU"/>
        </w:rPr>
      </w:pPr>
      <w:bookmarkStart w:id="0" w:name="_GoBack"/>
      <w:bookmarkEnd w:id="0"/>
      <w:r w:rsidRPr="00300215">
        <w:rPr>
          <w:b/>
          <w:lang w:val="ru-RU"/>
        </w:rPr>
        <w:t>Тема занятия:</w:t>
      </w:r>
      <w:r w:rsidRPr="00300215">
        <w:rPr>
          <w:b/>
          <w:lang w:val="ru-RU"/>
        </w:rPr>
        <w:br/>
      </w:r>
      <w:r w:rsidRPr="00300215">
        <w:rPr>
          <w:lang w:val="ru-RU"/>
        </w:rPr>
        <w:t>«Стресс и способы его преодоления»</w:t>
      </w:r>
    </w:p>
    <w:p w:rsidR="00300215" w:rsidRPr="00300215" w:rsidRDefault="00300215" w:rsidP="00300215">
      <w:pPr>
        <w:rPr>
          <w:lang w:val="ru-RU"/>
        </w:rPr>
      </w:pPr>
      <w:r w:rsidRPr="00300215">
        <w:rPr>
          <w:b/>
          <w:lang w:val="ru-RU"/>
        </w:rPr>
        <w:t>Целевая аудитория:</w:t>
      </w:r>
      <w:r w:rsidRPr="00300215">
        <w:rPr>
          <w:b/>
          <w:lang w:val="ru-RU"/>
        </w:rPr>
        <w:br/>
      </w:r>
      <w:proofErr w:type="gramStart"/>
      <w:r w:rsidRPr="00300215">
        <w:rPr>
          <w:lang w:val="ru-RU"/>
        </w:rPr>
        <w:t>Обучающиеся</w:t>
      </w:r>
      <w:proofErr w:type="gramEnd"/>
      <w:r w:rsidRPr="00300215">
        <w:rPr>
          <w:lang w:val="ru-RU"/>
        </w:rPr>
        <w:t xml:space="preserve"> 8–11 классов.</w:t>
      </w:r>
    </w:p>
    <w:p w:rsidR="00300215" w:rsidRPr="00300215" w:rsidRDefault="00300215" w:rsidP="00300215">
      <w:pPr>
        <w:rPr>
          <w:lang w:val="ru-RU"/>
        </w:rPr>
      </w:pPr>
      <w:r w:rsidRPr="00300215">
        <w:rPr>
          <w:b/>
          <w:lang w:val="ru-RU"/>
        </w:rPr>
        <w:t>Цель занятия:</w:t>
      </w:r>
      <w:r w:rsidRPr="00300215">
        <w:rPr>
          <w:b/>
          <w:lang w:val="ru-RU"/>
        </w:rPr>
        <w:br/>
      </w:r>
      <w:r w:rsidRPr="00300215">
        <w:rPr>
          <w:lang w:val="ru-RU"/>
        </w:rPr>
        <w:t>Формирование у обучающихся представлений о стрессе, его проявлениях и способах конструктивного преодоления эмоционального напряжения.</w:t>
      </w:r>
    </w:p>
    <w:p w:rsidR="00300215" w:rsidRDefault="00300215" w:rsidP="00300215">
      <w:proofErr w:type="spellStart"/>
      <w:r>
        <w:rPr>
          <w:b/>
        </w:rPr>
        <w:t>Задачи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занятия</w:t>
      </w:r>
      <w:proofErr w:type="spellEnd"/>
      <w:r>
        <w:rPr>
          <w:b/>
        </w:rPr>
        <w:t>:</w:t>
      </w:r>
    </w:p>
    <w:p w:rsidR="00300215" w:rsidRPr="00300215" w:rsidRDefault="00300215" w:rsidP="00300215">
      <w:pPr>
        <w:pStyle w:val="a0"/>
        <w:rPr>
          <w:lang w:val="ru-RU"/>
        </w:rPr>
      </w:pPr>
      <w:proofErr w:type="gramStart"/>
      <w:r w:rsidRPr="00300215">
        <w:rPr>
          <w:lang w:val="ru-RU"/>
        </w:rPr>
        <w:t>Повысить уровень информированности обучающихся о стрессовых состояниях.</w:t>
      </w:r>
      <w:proofErr w:type="gramEnd"/>
    </w:p>
    <w:p w:rsidR="00300215" w:rsidRPr="00300215" w:rsidRDefault="00300215" w:rsidP="00300215">
      <w:pPr>
        <w:pStyle w:val="a0"/>
        <w:rPr>
          <w:lang w:val="ru-RU"/>
        </w:rPr>
      </w:pPr>
      <w:r w:rsidRPr="00300215">
        <w:rPr>
          <w:lang w:val="ru-RU"/>
        </w:rPr>
        <w:t xml:space="preserve">Развить навыки самонаблюдения и </w:t>
      </w:r>
      <w:proofErr w:type="gramStart"/>
      <w:r w:rsidRPr="00300215">
        <w:rPr>
          <w:lang w:val="ru-RU"/>
        </w:rPr>
        <w:t>эмоциональной</w:t>
      </w:r>
      <w:proofErr w:type="gramEnd"/>
      <w:r w:rsidRPr="00300215">
        <w:rPr>
          <w:lang w:val="ru-RU"/>
        </w:rPr>
        <w:t xml:space="preserve"> </w:t>
      </w:r>
      <w:proofErr w:type="spellStart"/>
      <w:r w:rsidRPr="00300215">
        <w:rPr>
          <w:lang w:val="ru-RU"/>
        </w:rPr>
        <w:t>саморегуляции</w:t>
      </w:r>
      <w:proofErr w:type="spellEnd"/>
      <w:r w:rsidRPr="00300215">
        <w:rPr>
          <w:lang w:val="ru-RU"/>
        </w:rPr>
        <w:t>.</w:t>
      </w:r>
    </w:p>
    <w:p w:rsidR="00300215" w:rsidRPr="00300215" w:rsidRDefault="00300215" w:rsidP="00300215">
      <w:pPr>
        <w:pStyle w:val="a0"/>
        <w:rPr>
          <w:lang w:val="ru-RU"/>
        </w:rPr>
      </w:pPr>
      <w:r w:rsidRPr="00300215">
        <w:rPr>
          <w:lang w:val="ru-RU"/>
        </w:rPr>
        <w:t xml:space="preserve">Познакомить </w:t>
      </w:r>
      <w:proofErr w:type="gramStart"/>
      <w:r w:rsidRPr="00300215">
        <w:rPr>
          <w:lang w:val="ru-RU"/>
        </w:rPr>
        <w:t>обучающихся</w:t>
      </w:r>
      <w:proofErr w:type="gramEnd"/>
      <w:r w:rsidRPr="00300215">
        <w:rPr>
          <w:lang w:val="ru-RU"/>
        </w:rPr>
        <w:t xml:space="preserve"> с доступными способами снижения эмоционального напряжения.</w:t>
      </w:r>
    </w:p>
    <w:p w:rsidR="00300215" w:rsidRPr="00300215" w:rsidRDefault="00300215" w:rsidP="00300215">
      <w:pPr>
        <w:pStyle w:val="a0"/>
        <w:rPr>
          <w:lang w:val="ru-RU"/>
        </w:rPr>
      </w:pPr>
      <w:r w:rsidRPr="00300215">
        <w:rPr>
          <w:lang w:val="ru-RU"/>
        </w:rPr>
        <w:t>Сформировать установку на обращение за поддержкой в трудных ситуациях.</w:t>
      </w:r>
    </w:p>
    <w:p w:rsidR="00300215" w:rsidRPr="00300215" w:rsidRDefault="00300215" w:rsidP="00300215">
      <w:pPr>
        <w:rPr>
          <w:lang w:val="ru-RU"/>
        </w:rPr>
      </w:pPr>
      <w:r w:rsidRPr="00300215">
        <w:rPr>
          <w:b/>
          <w:lang w:val="ru-RU"/>
        </w:rPr>
        <w:t>Продолжительность:</w:t>
      </w:r>
      <w:r w:rsidRPr="00300215">
        <w:rPr>
          <w:b/>
          <w:lang w:val="ru-RU"/>
        </w:rPr>
        <w:br/>
      </w:r>
      <w:r w:rsidRPr="00300215">
        <w:rPr>
          <w:lang w:val="ru-RU"/>
        </w:rPr>
        <w:t>40–45 минут.</w:t>
      </w:r>
    </w:p>
    <w:p w:rsidR="00300215" w:rsidRPr="00300215" w:rsidRDefault="00300215" w:rsidP="00300215">
      <w:pPr>
        <w:rPr>
          <w:lang w:val="ru-RU"/>
        </w:rPr>
      </w:pPr>
      <w:r w:rsidRPr="00300215">
        <w:rPr>
          <w:b/>
          <w:lang w:val="ru-RU"/>
        </w:rPr>
        <w:t>Формы работы:</w:t>
      </w:r>
      <w:r w:rsidRPr="00300215">
        <w:rPr>
          <w:b/>
          <w:lang w:val="ru-RU"/>
        </w:rPr>
        <w:br/>
      </w:r>
      <w:r w:rsidRPr="00300215">
        <w:rPr>
          <w:lang w:val="ru-RU"/>
        </w:rPr>
        <w:t>Мини-лекция, групповое обсуждение, практические упражнения.</w:t>
      </w:r>
    </w:p>
    <w:p w:rsidR="00300215" w:rsidRPr="00300215" w:rsidRDefault="00300215" w:rsidP="00300215">
      <w:pPr>
        <w:rPr>
          <w:lang w:val="ru-RU"/>
        </w:rPr>
      </w:pPr>
      <w:r w:rsidRPr="00300215">
        <w:rPr>
          <w:b/>
          <w:lang w:val="ru-RU"/>
        </w:rPr>
        <w:t>Ход занятия:</w:t>
      </w:r>
    </w:p>
    <w:p w:rsidR="00300215" w:rsidRPr="00300215" w:rsidRDefault="00300215" w:rsidP="00300215">
      <w:pPr>
        <w:rPr>
          <w:lang w:val="ru-RU"/>
        </w:rPr>
      </w:pPr>
      <w:r w:rsidRPr="00300215">
        <w:rPr>
          <w:b/>
          <w:lang w:val="ru-RU"/>
        </w:rPr>
        <w:t>Организационный этап</w:t>
      </w:r>
      <w:r w:rsidRPr="00300215">
        <w:rPr>
          <w:b/>
          <w:lang w:val="ru-RU"/>
        </w:rPr>
        <w:br/>
      </w:r>
      <w:r w:rsidRPr="00300215">
        <w:rPr>
          <w:lang w:val="ru-RU"/>
        </w:rPr>
        <w:t>Приветствие участников. Обозначение темы и целей занятия. Создание благоприятной атмосферы взаимодействия.</w:t>
      </w:r>
    </w:p>
    <w:p w:rsidR="00300215" w:rsidRPr="00300215" w:rsidRDefault="00300215" w:rsidP="00300215">
      <w:pPr>
        <w:rPr>
          <w:lang w:val="ru-RU"/>
        </w:rPr>
      </w:pPr>
      <w:r w:rsidRPr="00300215">
        <w:rPr>
          <w:b/>
          <w:lang w:val="ru-RU"/>
        </w:rPr>
        <w:t>Информационный блок</w:t>
      </w:r>
      <w:r w:rsidRPr="00300215">
        <w:rPr>
          <w:b/>
          <w:lang w:val="ru-RU"/>
        </w:rPr>
        <w:br/>
      </w:r>
      <w:r w:rsidRPr="00300215">
        <w:rPr>
          <w:lang w:val="ru-RU"/>
        </w:rPr>
        <w:t>Обсуждение понятия «стресс», причин возникновения стрессовых состояний у подростков, физиологических и эмоциональных проявлений стресса.</w:t>
      </w:r>
    </w:p>
    <w:p w:rsidR="00300215" w:rsidRPr="00300215" w:rsidRDefault="00300215" w:rsidP="00300215">
      <w:pPr>
        <w:rPr>
          <w:lang w:val="ru-RU"/>
        </w:rPr>
      </w:pPr>
      <w:r w:rsidRPr="00300215">
        <w:rPr>
          <w:b/>
          <w:lang w:val="ru-RU"/>
        </w:rPr>
        <w:lastRenderedPageBreak/>
        <w:t>Практический блок</w:t>
      </w:r>
      <w:r w:rsidRPr="00300215">
        <w:rPr>
          <w:b/>
          <w:lang w:val="ru-RU"/>
        </w:rPr>
        <w:br/>
      </w:r>
      <w:r w:rsidRPr="00300215">
        <w:rPr>
          <w:lang w:val="ru-RU"/>
        </w:rPr>
        <w:t>Проведение упражнений: «Признаки стресса», дыхательные упражнения, упражнение «Ресурсы поддержки».</w:t>
      </w:r>
    </w:p>
    <w:p w:rsidR="00300215" w:rsidRPr="00300215" w:rsidRDefault="00300215" w:rsidP="00300215">
      <w:pPr>
        <w:rPr>
          <w:lang w:val="ru-RU"/>
        </w:rPr>
      </w:pPr>
      <w:r w:rsidRPr="00300215">
        <w:rPr>
          <w:b/>
          <w:lang w:val="ru-RU"/>
        </w:rPr>
        <w:t>Рефлексия</w:t>
      </w:r>
      <w:r w:rsidRPr="00300215">
        <w:rPr>
          <w:b/>
          <w:lang w:val="ru-RU"/>
        </w:rPr>
        <w:br/>
      </w:r>
      <w:r w:rsidRPr="00300215">
        <w:rPr>
          <w:lang w:val="ru-RU"/>
        </w:rPr>
        <w:t>Обсуждение полученного опыта, фиксация наиболее полезных способов самопомощи.</w:t>
      </w:r>
    </w:p>
    <w:p w:rsidR="00300215" w:rsidRDefault="00300215" w:rsidP="00300215">
      <w:proofErr w:type="spellStart"/>
      <w:r>
        <w:rPr>
          <w:b/>
        </w:rPr>
        <w:t>Ожидаемые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результаты</w:t>
      </w:r>
      <w:proofErr w:type="spellEnd"/>
      <w:r>
        <w:rPr>
          <w:b/>
        </w:rPr>
        <w:t>:</w:t>
      </w:r>
    </w:p>
    <w:p w:rsidR="00300215" w:rsidRPr="00300215" w:rsidRDefault="00300215" w:rsidP="00300215">
      <w:pPr>
        <w:pStyle w:val="a0"/>
        <w:rPr>
          <w:lang w:val="ru-RU"/>
        </w:rPr>
      </w:pPr>
      <w:proofErr w:type="gramStart"/>
      <w:r w:rsidRPr="00300215">
        <w:rPr>
          <w:lang w:val="ru-RU"/>
        </w:rPr>
        <w:t>Повышение осведомленности обучающихся о стрессовых состояниях.</w:t>
      </w:r>
      <w:proofErr w:type="gramEnd"/>
    </w:p>
    <w:p w:rsidR="00300215" w:rsidRPr="00300215" w:rsidRDefault="00300215" w:rsidP="00300215">
      <w:pPr>
        <w:pStyle w:val="a0"/>
        <w:rPr>
          <w:lang w:val="ru-RU"/>
        </w:rPr>
      </w:pPr>
      <w:r w:rsidRPr="00300215">
        <w:rPr>
          <w:lang w:val="ru-RU"/>
        </w:rPr>
        <w:t xml:space="preserve">Освоение базовых способов </w:t>
      </w:r>
      <w:proofErr w:type="gramStart"/>
      <w:r w:rsidRPr="00300215">
        <w:rPr>
          <w:lang w:val="ru-RU"/>
        </w:rPr>
        <w:t>эмоциональной</w:t>
      </w:r>
      <w:proofErr w:type="gramEnd"/>
      <w:r w:rsidRPr="00300215">
        <w:rPr>
          <w:lang w:val="ru-RU"/>
        </w:rPr>
        <w:t xml:space="preserve"> </w:t>
      </w:r>
      <w:proofErr w:type="spellStart"/>
      <w:r w:rsidRPr="00300215">
        <w:rPr>
          <w:lang w:val="ru-RU"/>
        </w:rPr>
        <w:t>саморегуляции</w:t>
      </w:r>
      <w:proofErr w:type="spellEnd"/>
      <w:r w:rsidRPr="00300215">
        <w:rPr>
          <w:lang w:val="ru-RU"/>
        </w:rPr>
        <w:t>.</w:t>
      </w:r>
    </w:p>
    <w:p w:rsidR="00300215" w:rsidRPr="00300215" w:rsidRDefault="00300215" w:rsidP="00300215">
      <w:pPr>
        <w:pStyle w:val="a0"/>
        <w:rPr>
          <w:lang w:val="ru-RU"/>
        </w:rPr>
      </w:pPr>
      <w:r w:rsidRPr="00300215">
        <w:rPr>
          <w:lang w:val="ru-RU"/>
        </w:rPr>
        <w:t>Повышение готовности обращаться за помощью в трудных ситуациях.</w:t>
      </w:r>
    </w:p>
    <w:p w:rsidR="00300215" w:rsidRPr="00300215" w:rsidRDefault="00300215" w:rsidP="00300215">
      <w:pPr>
        <w:pStyle w:val="a0"/>
        <w:numPr>
          <w:ilvl w:val="0"/>
          <w:numId w:val="0"/>
        </w:numPr>
        <w:ind w:left="360" w:hanging="360"/>
        <w:rPr>
          <w:lang w:val="ru-RU"/>
        </w:rPr>
      </w:pPr>
    </w:p>
    <w:sectPr w:rsidR="00300215" w:rsidRPr="00300215" w:rsidSect="00300215">
      <w:pgSz w:w="12240" w:h="15840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00215"/>
    <w:rsid w:val="00326F90"/>
    <w:rsid w:val="00AA1D8D"/>
    <w:rsid w:val="00B47730"/>
    <w:rsid w:val="00C436E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1699CFF-02AF-400B-B79C-B5BA3655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2869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психолог</cp:lastModifiedBy>
  <cp:revision>2</cp:revision>
  <dcterms:created xsi:type="dcterms:W3CDTF">2013-12-23T23:15:00Z</dcterms:created>
  <dcterms:modified xsi:type="dcterms:W3CDTF">2026-05-28T11:04:00Z</dcterms:modified>
  <cp:category/>
</cp:coreProperties>
</file>